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drawing>
          <wp:inline xmlns:a="http://schemas.openxmlformats.org/drawingml/2006/main" xmlns:pic="http://schemas.openxmlformats.org/drawingml/2006/picture">
            <wp:extent cx="2240280" cy="1417320"/>
            <wp:docPr id="1" name="Picture 1"/>
            <wp:cNvGraphicFramePr>
              <a:graphicFrameLocks noChangeAspect="1"/>
            </wp:cNvGraphicFramePr>
            <a:graphic>
              <a:graphicData uri="http://schemas.openxmlformats.org/drawingml/2006/picture">
                <pic:pic>
                  <pic:nvPicPr>
                    <pic:cNvPr id="0" name="image2.png"/>
                    <pic:cNvPicPr/>
                  </pic:nvPicPr>
                  <pic:blipFill>
                    <a:blip r:embed="rId9"/>
                    <a:stretch>
                      <a:fillRect/>
                    </a:stretch>
                  </pic:blipFill>
                  <pic:spPr>
                    <a:xfrm>
                      <a:off x="0" y="0"/>
                      <a:ext cx="2240280" cy="1417320"/>
                    </a:xfrm>
                    <a:prstGeom prst="rect"/>
                  </pic:spPr>
                </pic:pic>
              </a:graphicData>
            </a:graphic>
          </wp:inline>
        </w:drawing>
      </w:r>
    </w:p>
    <w:p>
      <w:pPr>
        <w:spacing w:after="20"/>
        <w:jc w:val="center"/>
      </w:pPr>
      <w:r>
        <w:rPr>
          <w:b/>
          <w:sz w:val="26"/>
        </w:rPr>
        <w:t>REFERRAL &amp; SERVICE INQUIRY FORM</w:t>
      </w:r>
    </w:p>
    <w:p>
      <w:pPr>
        <w:spacing w:after="100"/>
        <w:jc w:val="center"/>
        <w:pBdr>
          <w:bottom w:val="single" w:sz="8" w:space="4" w:color="808080"/>
        </w:pBdr>
      </w:pPr>
      <w:r>
        <w:rPr>
          <w:sz w:val="18"/>
        </w:rPr>
        <w:t>2820 Selwyn Ave. • Charlotte, NC 28269 • 704-605-6286</w:t>
        <w:br/>
      </w:r>
      <w:r>
        <w:rPr>
          <w:b/>
          <w:sz w:val="18"/>
        </w:rPr>
        <w:t>info@summitcarolinasconsulting.com</w:t>
      </w:r>
    </w:p>
    <w:p>
      <w:pPr>
        <w:spacing w:before="100" w:after="40"/>
      </w:pPr>
      <w:r>
        <w:rPr>
          <w:b/>
          <w:sz w:val="22"/>
        </w:rPr>
        <w:t>REFERRAL INFORMATION</w:t>
      </w:r>
    </w:p>
    <w:tbl>
      <w:tblPr>
        <w:tblW w:type="auto" w:w="0"/>
        <w:jc w:val="center"/>
        <w:tblLayout w:type="fixed"/>
        <w:tblLook w:firstColumn="1" w:firstRow="1" w:lastColumn="0" w:lastRow="0" w:noHBand="0" w:noVBand="1" w:val="04A0"/>
      </w:tblPr>
      <w:tblGrid>
        <w:gridCol w:w="5184"/>
        <w:gridCol w:w="5184"/>
      </w:tblGrid>
      <w:tr>
        <w:tc>
          <w:tcPr>
            <w:tcW w:type="dxa" w:w="3672"/>
            <w:shd w:fill="F0F0F0"/>
            <w:vAlign w:val="center"/>
          </w:tcPr>
          <w:p>
            <w:pPr>
              <w:spacing w:after="0"/>
            </w:pPr>
            <w:r>
              <w:rPr>
                <w:b/>
              </w:rPr>
              <w:t>Date of Referral</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Person Completing Form</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Referral Source / Agency</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Phone / Email</w:t>
            </w:r>
          </w:p>
        </w:tc>
        <w:tc>
          <w:tcPr>
            <w:tcW w:type="dxa" w:w="6408"/>
            <w:vAlign w:val="center"/>
          </w:tcPr>
          <w:p>
            <w:pPr>
              <w:spacing w:after="0"/>
            </w:pPr>
            <w:r>
              <w:t>____________________________________________</w:t>
            </w:r>
          </w:p>
        </w:tc>
      </w:tr>
    </w:tbl>
    <w:p>
      <w:pPr>
        <w:spacing w:before="100" w:after="40"/>
      </w:pPr>
      <w:r>
        <w:rPr>
          <w:b/>
          <w:sz w:val="22"/>
        </w:rPr>
        <w:t>MEMBER INFORMATION</w:t>
      </w:r>
    </w:p>
    <w:tbl>
      <w:tblPr>
        <w:tblW w:type="auto" w:w="0"/>
        <w:jc w:val="center"/>
        <w:tblLayout w:type="fixed"/>
        <w:tblLook w:firstColumn="1" w:firstRow="1" w:lastColumn="0" w:lastRow="0" w:noHBand="0" w:noVBand="1" w:val="04A0"/>
      </w:tblPr>
      <w:tblGrid>
        <w:gridCol w:w="5184"/>
        <w:gridCol w:w="5184"/>
      </w:tblGrid>
      <w:tr>
        <w:tc>
          <w:tcPr>
            <w:tcW w:type="dxa" w:w="3672"/>
            <w:shd w:fill="F0F0F0"/>
            <w:vAlign w:val="center"/>
          </w:tcPr>
          <w:p>
            <w:pPr>
              <w:spacing w:after="0"/>
            </w:pPr>
            <w:r>
              <w:rPr>
                <w:b/>
              </w:rPr>
              <w:t>Member Name</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Date of Birth</w:t>
            </w:r>
          </w:p>
        </w:tc>
        <w:tc>
          <w:tcPr>
            <w:tcW w:type="dxa" w:w="6408"/>
            <w:vAlign w:val="center"/>
          </w:tcPr>
          <w:p>
            <w:pPr>
              <w:spacing w:after="0"/>
            </w:pPr>
            <w:r>
              <w:t>__________________     Gender: __________________</w:t>
            </w:r>
          </w:p>
        </w:tc>
      </w:tr>
      <w:tr>
        <w:tc>
          <w:tcPr>
            <w:tcW w:type="dxa" w:w="3672"/>
            <w:shd w:fill="F0F0F0"/>
            <w:vAlign w:val="center"/>
          </w:tcPr>
          <w:p>
            <w:pPr>
              <w:spacing w:after="0"/>
            </w:pPr>
            <w:r>
              <w:rPr>
                <w:b/>
              </w:rPr>
              <w:t>Member Cell Phone</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Member Email</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Member Address</w:t>
            </w:r>
          </w:p>
        </w:tc>
        <w:tc>
          <w:tcPr>
            <w:tcW w:type="dxa" w:w="6408"/>
            <w:vAlign w:val="center"/>
          </w:tcPr>
          <w:p>
            <w:pPr>
              <w:spacing w:after="0"/>
            </w:pPr>
            <w:r>
              <w:t>____________________________________________</w:t>
              <w:br/>
              <w:t>____________________________________________</w:t>
            </w:r>
          </w:p>
        </w:tc>
      </w:tr>
      <w:tr>
        <w:tc>
          <w:tcPr>
            <w:tcW w:type="dxa" w:w="3672"/>
            <w:shd w:fill="F0F0F0"/>
            <w:vAlign w:val="center"/>
          </w:tcPr>
          <w:p>
            <w:pPr>
              <w:spacing w:after="0"/>
            </w:pPr>
            <w:r>
              <w:rPr>
                <w:b/>
              </w:rPr>
              <w:t>Legal Guardian (if applicable)</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Guardian Phone / Email</w:t>
            </w:r>
          </w:p>
        </w:tc>
        <w:tc>
          <w:tcPr>
            <w:tcW w:type="dxa" w:w="6408"/>
            <w:vAlign w:val="center"/>
          </w:tcPr>
          <w:p>
            <w:pPr>
              <w:spacing w:after="0"/>
            </w:pPr>
            <w:r>
              <w:t>____________________________________________</w:t>
            </w:r>
          </w:p>
        </w:tc>
      </w:tr>
    </w:tbl>
    <w:p>
      <w:pPr>
        <w:spacing w:before="100" w:after="40"/>
      </w:pPr>
      <w:r>
        <w:rPr>
          <w:b/>
          <w:sz w:val="22"/>
        </w:rPr>
        <w:t>INSURANCE &amp; BENEFITS</w:t>
      </w:r>
    </w:p>
    <w:tbl>
      <w:tblPr>
        <w:tblW w:type="auto" w:w="0"/>
        <w:jc w:val="center"/>
        <w:tblLayout w:type="fixed"/>
        <w:tblLook w:firstColumn="1" w:firstRow="1" w:lastColumn="0" w:lastRow="0" w:noHBand="0" w:noVBand="1" w:val="04A0"/>
      </w:tblPr>
      <w:tblGrid>
        <w:gridCol w:w="5184"/>
        <w:gridCol w:w="5184"/>
      </w:tblGrid>
      <w:tr>
        <w:tc>
          <w:tcPr>
            <w:tcW w:type="dxa" w:w="3672"/>
            <w:shd w:fill="F0F0F0"/>
            <w:vAlign w:val="center"/>
          </w:tcPr>
          <w:p>
            <w:pPr>
              <w:spacing w:after="0"/>
            </w:pPr>
            <w:r>
              <w:rPr>
                <w:b/>
              </w:rPr>
              <w:t>MCO / Insurance Company</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Coverage Type</w:t>
            </w:r>
          </w:p>
        </w:tc>
        <w:tc>
          <w:tcPr>
            <w:tcW w:type="dxa" w:w="6408"/>
            <w:vAlign w:val="center"/>
          </w:tcPr>
          <w:p>
            <w:pPr>
              <w:spacing w:after="0"/>
            </w:pPr>
            <w:r>
              <w:t>☐ Medicaid     ☐ Private Insurance     ☐ Self-Pay     ☐ Other: __________</w:t>
            </w:r>
          </w:p>
        </w:tc>
      </w:tr>
      <w:tr>
        <w:tc>
          <w:tcPr>
            <w:tcW w:type="dxa" w:w="3672"/>
            <w:shd w:fill="F0F0F0"/>
            <w:vAlign w:val="center"/>
          </w:tcPr>
          <w:p>
            <w:pPr>
              <w:spacing w:after="0"/>
            </w:pPr>
            <w:r>
              <w:rPr>
                <w:b/>
              </w:rPr>
              <w:t>Medicaid ID / Policy Number</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Income / Benefits (if applicable)</w:t>
            </w:r>
          </w:p>
        </w:tc>
        <w:tc>
          <w:tcPr>
            <w:tcW w:type="dxa" w:w="6408"/>
            <w:vAlign w:val="center"/>
          </w:tcPr>
          <w:p>
            <w:pPr>
              <w:spacing w:after="0"/>
            </w:pPr>
            <w:r>
              <w:t>☐ SSI     ☐ SSDI     ☐ Other: _______________________</w:t>
            </w:r>
          </w:p>
        </w:tc>
      </w:tr>
    </w:tbl>
    <w:p>
      <w:pPr>
        <w:spacing w:before="100" w:after="40"/>
      </w:pPr>
      <w:r>
        <w:rPr>
          <w:b/>
          <w:sz w:val="22"/>
        </w:rPr>
        <w:t>REQUESTED SERVICE(S)</w:t>
      </w:r>
    </w:p>
    <w:p>
      <w:pPr>
        <w:spacing w:after="40"/>
      </w:pPr>
      <w:r>
        <w:rPr>
          <w:b/>
        </w:rPr>
        <w:t>Check all that apply:</w:t>
      </w:r>
    </w:p>
    <w:p>
      <w:pPr>
        <w:spacing w:after="60"/>
      </w:pPr>
      <w:r>
        <w:t>☐ Outpatient Therapy (OPT)     ☐ Peer Support (PS)     ☐ 1915(i) Services</w:t>
        <w:br/>
        <w:t>☐ Day Support     ☐ Intensive In-Home (IIH)     ☐ Residential     ☐ Other: __________________</w:t>
      </w:r>
    </w:p>
    <w:p>
      <w:pPr>
        <w:spacing w:after="20"/>
      </w:pPr>
      <w:r>
        <w:rPr>
          <w:b/>
        </w:rPr>
        <w:t>Reason for Referral / Presenting Need</w:t>
      </w:r>
    </w:p>
    <w:p>
      <w:pPr>
        <w:spacing w:after="0"/>
      </w:pPr>
      <w:r>
        <w:t>________________________________________________________________________________</w:t>
      </w:r>
    </w:p>
    <w:p>
      <w:pPr>
        <w:spacing w:after="0"/>
      </w:pPr>
      <w:r>
        <w:t>________________________________________________________________________________</w:t>
      </w:r>
    </w:p>
    <w:p>
      <w:pPr>
        <w:spacing w:after="0"/>
      </w:pPr>
      <w:r>
        <w:t>________________________________________________________________________________</w:t>
      </w:r>
    </w:p>
    <w:p>
      <w:pPr>
        <w:spacing w:before="100" w:after="40"/>
      </w:pPr>
      <w:r>
        <w:rPr>
          <w:b/>
          <w:sz w:val="22"/>
        </w:rPr>
        <w:t>CURRENT SERVICES</w:t>
      </w:r>
    </w:p>
    <w:tbl>
      <w:tblPr>
        <w:tblW w:type="auto" w:w="0"/>
        <w:jc w:val="center"/>
        <w:tblLayout w:type="fixed"/>
        <w:tblLook w:firstColumn="1" w:firstRow="1" w:lastColumn="0" w:lastRow="0" w:noHBand="0" w:noVBand="1" w:val="04A0"/>
      </w:tblPr>
      <w:tblGrid>
        <w:gridCol w:w="5184"/>
        <w:gridCol w:w="5184"/>
      </w:tblGrid>
      <w:tr>
        <w:tc>
          <w:tcPr>
            <w:tcW w:type="dxa" w:w="3672"/>
            <w:shd w:fill="F0F0F0"/>
            <w:vAlign w:val="center"/>
          </w:tcPr>
          <w:p>
            <w:pPr>
              <w:spacing w:after="0"/>
            </w:pPr>
            <w:r>
              <w:rPr>
                <w:b/>
              </w:rPr>
              <w:t>Currently Receiving Services?</w:t>
            </w:r>
          </w:p>
        </w:tc>
        <w:tc>
          <w:tcPr>
            <w:tcW w:type="dxa" w:w="6408"/>
            <w:vAlign w:val="center"/>
          </w:tcPr>
          <w:p>
            <w:pPr>
              <w:spacing w:after="0"/>
            </w:pPr>
            <w:r>
              <w:t>☐ Yes     ☐ No</w:t>
            </w:r>
          </w:p>
        </w:tc>
      </w:tr>
      <w:tr>
        <w:tc>
          <w:tcPr>
            <w:tcW w:type="dxa" w:w="3672"/>
            <w:shd w:fill="F0F0F0"/>
            <w:vAlign w:val="center"/>
          </w:tcPr>
          <w:p>
            <w:pPr>
              <w:spacing w:after="0"/>
            </w:pPr>
            <w:r>
              <w:rPr>
                <w:b/>
              </w:rPr>
              <w:t>Current Service(s)</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Provider Agency</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Provider Phone / Contact</w:t>
            </w:r>
          </w:p>
        </w:tc>
        <w:tc>
          <w:tcPr>
            <w:tcW w:type="dxa" w:w="6408"/>
            <w:vAlign w:val="center"/>
          </w:tcPr>
          <w:p>
            <w:pPr>
              <w:spacing w:after="0"/>
            </w:pPr>
            <w:r>
              <w:t>____________________________________________</w:t>
            </w:r>
          </w:p>
        </w:tc>
      </w:tr>
    </w:tbl>
    <w:p>
      <w:pPr>
        <w:spacing w:before="100" w:after="40"/>
      </w:pPr>
      <w:r>
        <w:rPr>
          <w:b/>
          <w:sz w:val="22"/>
        </w:rPr>
        <w:t>CONSENT TO COMMUNICATE</w:t>
      </w:r>
    </w:p>
    <w:p>
      <w:pPr>
        <w:spacing w:after="80"/>
      </w:pPr>
      <w:r>
        <w:t>I, __________________________________________, authorize a representative of Summit Carolinas Consulting to contact me regarding this referral and to obtain or discuss information reasonably necessary to determine eligibility for intake and requested services. This consent does not, by itself, authorize the release of protected health information beyond what is permitted by applicable law or any separately executed authorization.</w:t>
      </w:r>
    </w:p>
    <w:tbl>
      <w:tblPr>
        <w:tblW w:type="auto" w:w="0"/>
        <w:jc w:val="center"/>
        <w:tblLayout w:type="fixed"/>
        <w:tblLook w:firstColumn="1" w:firstRow="1" w:lastColumn="0" w:lastRow="0" w:noHBand="0" w:noVBand="1" w:val="04A0"/>
      </w:tblPr>
      <w:tblGrid>
        <w:gridCol w:w="5184"/>
        <w:gridCol w:w="5184"/>
      </w:tblGrid>
      <w:tr>
        <w:tc>
          <w:tcPr>
            <w:tcW w:type="dxa" w:w="3672"/>
            <w:shd w:fill="F0F0F0"/>
            <w:vAlign w:val="center"/>
          </w:tcPr>
          <w:p>
            <w:pPr>
              <w:spacing w:after="0"/>
            </w:pPr>
            <w:r>
              <w:rPr>
                <w:b/>
              </w:rPr>
              <w:t>Member / Legal Guardian Signature</w:t>
            </w:r>
          </w:p>
        </w:tc>
        <w:tc>
          <w:tcPr>
            <w:tcW w:type="dxa" w:w="6408"/>
            <w:vAlign w:val="center"/>
          </w:tcPr>
          <w:p>
            <w:pPr>
              <w:spacing w:after="0"/>
            </w:pPr>
            <w:r>
              <w:t>____________________________________________</w:t>
            </w:r>
          </w:p>
        </w:tc>
      </w:tr>
      <w:tr>
        <w:tc>
          <w:tcPr>
            <w:tcW w:type="dxa" w:w="3672"/>
            <w:shd w:fill="F0F0F0"/>
            <w:vAlign w:val="center"/>
          </w:tcPr>
          <w:p>
            <w:pPr>
              <w:spacing w:after="0"/>
            </w:pPr>
            <w:r>
              <w:rPr>
                <w:b/>
              </w:rPr>
              <w:t>Date</w:t>
            </w:r>
          </w:p>
        </w:tc>
        <w:tc>
          <w:tcPr>
            <w:tcW w:type="dxa" w:w="6408"/>
            <w:vAlign w:val="center"/>
          </w:tcPr>
          <w:p>
            <w:pPr>
              <w:spacing w:after="0"/>
            </w:pPr>
            <w:r>
              <w:t>____________________________________________</w:t>
            </w:r>
          </w:p>
        </w:tc>
      </w:tr>
    </w:tbl>
    <w:p>
      <w:pPr>
        <w:spacing w:before="140"/>
        <w:jc w:val="center"/>
      </w:pPr>
      <w:r>
        <w:rPr>
          <w:b/>
        </w:rPr>
        <w:t>Please submit completed referrals to info@summitcarolinasconsulting.com</w:t>
      </w:r>
    </w:p>
    <w:sectPr w:rsidR="00FC693F" w:rsidRPr="0006063C" w:rsidSect="00034616">
      <w:footerReference w:type="default" r:id="rId10"/>
      <w:pgSz w:w="12240" w:h="15840"/>
      <w:pgMar w:top="576" w:right="936" w:bottom="720"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Summit Carolinas Consulting • Referral Form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